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B84A1A"/>
          <w:sz w:val="36"/>
          <w:rtl w:val="1"/>
          <w:bCs/>
          <w:szCs w:val="36"/>
        </w:rPr>
        <w:t>📔 יומן 3 תודות – אתגר 7 ימים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   התחלתי בתאריך: 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אתגר 7 ימים: כל ערב כתבו 3 דברים שאתם מודים עליהם – ולמה. נסו לא לחזור על אותו דבר.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💡 הרעיון לכל יום הוא רק הצעה. היומן אישי – לא חייבים להראות אותו לאף אחד.</w:t>
      </w:r>
    </w:p>
    <w:p>
      <w:pPr>
        <w:bidi w:val="1"/>
        <w:jc w:val="right"/>
      </w:pPr>
      <w:r>
        <w:rPr>
          <w:rFonts w:ascii="Arial" w:hAnsi="Arial" w:cs="Arial"/>
          <w:b/>
          <w:color w:val="B84A1A"/>
          <w:rtl w:val="1"/>
          <w:bCs/>
        </w:rPr>
        <w:t>יום 1 · משהו קטן שבדרך כלל אני לא שם/ה לב אליו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🙏 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🙏 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🙏 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B84A1A"/>
          <w:rtl w:val="1"/>
          <w:bCs/>
        </w:rPr>
        <w:t>יום 2 · אדם שעשה משהו בשבילי – ואולי לא שם לב שזה חשוב לי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🙏 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🙏 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🙏 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B84A1A"/>
          <w:rtl w:val="1"/>
          <w:bCs/>
        </w:rPr>
        <w:t>יום 3 · יכולת או חוזק שלי שעזרו לי היום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🙏 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🙏 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🙏 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B84A1A"/>
          <w:rtl w:val="1"/>
          <w:bCs/>
        </w:rPr>
        <w:t>יום 4 · משהו בסביבה – טבע, מקום, צליל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🙏 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🙏 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🙏 __________________________________________________________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B84A1A"/>
          <w:rtl w:val="1"/>
          <w:bCs/>
        </w:rPr>
        <w:t>יום 5 · רגע של צחוק או הנאה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🙏 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🙏 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🙏 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B84A1A"/>
          <w:rtl w:val="1"/>
          <w:bCs/>
        </w:rPr>
        <w:t>יום 6 · קושי שלמדתי ממנו משהו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🙏 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🙏 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🙏 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B84A1A"/>
          <w:rtl w:val="1"/>
          <w:bCs/>
        </w:rPr>
        <w:t>יום 7 · למי אגיד תודה בקול השבוע?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🙏 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🙏 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🙏 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5B34A3"/>
          <w:sz w:val="24"/>
          <w:rtl w:val="1"/>
          <w:szCs w:val="24"/>
        </w:rPr>
        <w:t>★ בסוף השבוע: מה השתנה אצלי? 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888888"/>
          <w:sz w:val="18"/>
          <w:rtl w:val="1"/>
          <w:szCs w:val="18"/>
        </w:rPr>
        <w:t>רואים את הטוב · 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