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B84A1A"/>
          <w:sz w:val="36"/>
          <w:rtl w:val="1"/>
          <w:bCs/>
          <w:szCs w:val="36"/>
        </w:rPr>
        <w:t>💌 מכתב תודה – דף עזר לכתיבה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   כיתה: 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הסוד של מכתב תודה טוב: מדויק (מה בדיוק עשה/תה), אישי (איך זה השפיע עליכם), ובלי לחכות להזדמנות מיוחדת.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למי אני כותב/ת? 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7A4BC4"/>
          <w:sz w:val="28"/>
          <w:rtl w:val="1"/>
          <w:bCs/>
          <w:szCs w:val="28"/>
        </w:rPr>
        <w:t>פתיחה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משפטים שיכולים לעזור: שלום… / היי… / רציתי לכתוב לך כי… / כבר הרבה זמן אני רוצה להגיד לך…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7A4BC4"/>
          <w:sz w:val="28"/>
          <w:rtl w:val="1"/>
          <w:bCs/>
          <w:szCs w:val="28"/>
        </w:rPr>
        <w:t>מה עשית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משפטים שיכולים לעזור: תודה שעזרת לי כש… / אני זוכר/ת את היום ש… / אף פעם לא שכחתי ש…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7A4BC4"/>
          <w:sz w:val="28"/>
          <w:rtl w:val="1"/>
          <w:bCs/>
          <w:szCs w:val="28"/>
        </w:rPr>
        <w:t>איך זה השפיע עליי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משפטים שיכולים לעזור: בזכותך אני… / זה גרם לי להרגיש… / מאז אני…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7A4BC4"/>
          <w:sz w:val="28"/>
          <w:rtl w:val="1"/>
          <w:bCs/>
          <w:szCs w:val="28"/>
        </w:rPr>
        <w:t>סיום</w:t>
      </w:r>
    </w:p>
    <w:p>
      <w:pPr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משפטים שיכולים לעזור: רציתי שתדע/י כמה זה חשוב לי.… / תודה מכל הלב,… / שלך,…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5B34A3"/>
          <w:sz w:val="24"/>
          <w:rtl w:val="1"/>
          <w:szCs w:val="24"/>
        </w:rPr>
        <w:t>★ ✅ בדקו: כתבתי מה בדיוק עשה/תה? כתבתי איך זה השפיע עליי? ואחרי שכתבתי – אמסור את המכתב או אקריא אותו בקול!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B84A1A"/>
          <w:sz w:val="36"/>
          <w:rtl w:val="1"/>
          <w:bCs/>
          <w:szCs w:val="36"/>
        </w:rPr>
        <w:t>✂️ כרטיסי תודה לגזירה</w:t>
      </w:r>
    </w:p>
    <w:p>
      <w:pPr>
        <w:bidi w:val="1"/>
        <w:jc w:val="center"/>
      </w:pPr>
      <w:r>
        <w:rPr>
          <w:rFonts w:ascii="Arial" w:hAnsi="Arial" w:cs="Arial"/>
          <w:b w:val="0"/>
          <w:sz w:val="52"/>
          <w:rtl w:val="1"/>
          <w:szCs w:val="52"/>
        </w:rPr>
        <w:t>💛</w:t>
      </w:r>
    </w:p>
    <w:p>
      <w:pPr>
        <w:bidi w:val="1"/>
        <w:jc w:val="right"/>
      </w:pPr>
      <w:r>
        <w:rPr>
          <w:rFonts w:ascii="Arial" w:hAnsi="Arial" w:cs="Arial"/>
          <w:b/>
          <w:sz w:val="36"/>
          <w:rtl w:val="1"/>
          <w:bCs/>
          <w:szCs w:val="36"/>
        </w:rPr>
        <w:t>תודה ל______________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באהבה, 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✂ - - - - - - - - - - - - - - - - - - - - - - - - - - - - - -</w:t>
      </w:r>
    </w:p>
    <w:p>
      <w:pPr>
        <w:bidi w:val="1"/>
        <w:jc w:val="center"/>
      </w:pPr>
      <w:r>
        <w:rPr>
          <w:rFonts w:ascii="Arial" w:hAnsi="Arial" w:cs="Arial"/>
          <w:b w:val="0"/>
          <w:sz w:val="52"/>
          <w:rtl w:val="1"/>
          <w:szCs w:val="52"/>
        </w:rPr>
        <w:t>🌸</w:t>
      </w:r>
    </w:p>
    <w:p>
      <w:pPr>
        <w:bidi w:val="1"/>
        <w:jc w:val="right"/>
      </w:pPr>
      <w:r>
        <w:rPr>
          <w:rFonts w:ascii="Arial" w:hAnsi="Arial" w:cs="Arial"/>
          <w:b/>
          <w:sz w:val="36"/>
          <w:rtl w:val="1"/>
          <w:bCs/>
          <w:szCs w:val="36"/>
        </w:rPr>
        <w:t>תודה ל______________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באהבה, 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99999"/>
          <w:rtl w:val="1"/>
        </w:rPr>
        <w:t>✂ - - - - - - - - - - - - - - - - - - - - - - - - - - - - - -</w:t>
      </w:r>
    </w:p>
    <w:p>
      <w:pPr>
        <w:bidi w:val="1"/>
        <w:jc w:val="right"/>
      </w:pPr>
      <w:r>
        <w:rPr>
          <w:rFonts w:ascii="Arial" w:hAnsi="Arial" w:cs="Arial"/>
          <w:b w:val="0"/>
          <w:color w:val="888888"/>
          <w:sz w:val="18"/>
          <w:rtl w:val="1"/>
          <w:szCs w:val="18"/>
        </w:rPr>
        <w:t>רואים את הטוב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