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🗣️ קלפי שיח – רואים את הטוב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גוזרים לאורך הקווים. כל קבוצה שולפת קלף ומדברת 2-3 דקות.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האם השחקן היה מרגיש אחרת גם בלי הבשורות הטובות?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תודה "אמיתית" מול תודה "מנומסת" – מה ההבדל?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האם יש דברים שלא מגיע עליהם תודה?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מה מקשה על בני נוער להגיד תודה בקול?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מה הדבר הכי קטן שאפשר להגיד עליו תודה?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ספרו על פעם שמישהו אמר לכם תודה. איך הרגשתם?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למה רוב האנשים לא אומרים למי שהשפיע עליהם תודה?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היית מעדיף/ה לקבל תודה בכתב או בקול? למה?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האם תודה בהודעה כתובה בטלפון שווה לתודה בקול?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מה הייתם עושים אם האדם שהשפיע עליכם כבר לא כאן?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מי עזר לכם השנה? איך?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מה הייתם כותבים לו/לה?</w:t>
            </w:r>
          </w:p>
          <w:p/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🗣️ קלפי שיח – חט״ע (העמקה)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האם הכרת תודה היא בריחה מהמציאות או דרך להתמודד איתה?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סיפור אישי מול מחקר: למה סיפורים משכנעים אותנו יותר ממספרים?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תודה כלפי אנשים, כלפי החיים, כלפי עצמי – מה ההבדל?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🎬 סרטון 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מתי "תגיד תודה" עלול לפגוע במי שבאמת סובל?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"אושר" או "שביעות רצון מהחיים" – מה בעצם נמדד?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למה לדעתכם אנשים מצפים שתודה תהיה מביכה, ובפועל היא משמחת?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האם הכרת תודה היא כלי חוסן או ערך מוסרי – או שניהם?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🔬 סרטון 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תכננו ניסוי קטן משלכם בכיתה. מה תמדדו?</w:t>
            </w:r>
          </w:p>
          <w:p/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🌱 קלפי "תודה גם כשקשה"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קוראים את המצב ואת המחשבה הראשונה, וכותבים יחד מחשבה חדשה שמכירה בקושי וגם רואה מה עוד יש.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⚽ עש״ן ד״ק – ד׳: דיבור עצמי מרגיע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לא נבחרתם לנבחרת שרציתם בה מאוד.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"אני גרוע/ה, אין טעם."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🌧️ גש״ר מאח״ד – ד׳ דמיון / ש׳ שכל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הטיול השנתי בוטל בגלל מזג אוויר.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"כל השבוע נהרס."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📉 עש״ן ד״ק – ק׳: קדימה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קיבלתם ציון נמוך במבחן שהתכוננתם אליו.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"השקעתי סתם."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🏠 גש״ר מאח״ד – ח׳: חברה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עברתם דירה או עיר, ואין לכם עדיין חברים.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"אני לבד ואף אחד לא רואה אותי."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📱 עש״ן ד״ק – ע׳ עצור, נ׳ נשימה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חבר/ה לא ענה/תה לכם להודעה כל היום.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"כנראה שכועסים עליי."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🩹 גש״ר מאח״ד – א׳: אמונה וערכים (משמעות)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נפצעתם ברגל ולא תוכלו להתאמן חודש.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"הכול הולך לפח."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🫂 מעש״ה – מ׳: מחויבות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חבר/ה עובר/ת תקופה קשה. מישהו בקבוצה אומר לו/לה: "תגיד/י תודה שזה לא יותר גרוע!"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"נו, זה נכון בעצם…"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7A4BC4"/>
                <w:sz w:val="20"/>
                <w:rtl w:val="1"/>
                <w:bCs/>
                <w:szCs w:val="20"/>
              </w:rPr>
              <w:t>🎒 גש״ר מאח״ד – ח׳: חברה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שכחתם את האוכל בבית.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💭 מחשבה ראשונה: "איזה יום גרוע!"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bCs/>
                <w:szCs w:val="24"/>
              </w:rPr>
              <w:t>🌱 מחשבה חדשה: ____________</w:t>
            </w:r>
          </w:p>
          <w:p/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888888"/>
          <w:sz w:val="18"/>
          <w:rtl w:val="1"/>
          <w:szCs w:val="18"/>
        </w:rPr>
        <w:t>רואים את הטוב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